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[Nome do senhorio] · NIF [·] · [Morada]</w:t>
      </w:r>
    </w:p>
    <w:p>
      <w:r>
        <w:t>[Nome do inquilino] · [Morada do locado]</w:t>
      </w:r>
    </w:p>
    <w:p>
      <w:r>
        <w:t>[Local], [data]</w:t>
      </w:r>
    </w:p>
    <w:p/>
    <w:p>
      <w:r>
        <w:rPr>
          <w:b/>
        </w:rPr>
        <w:t>Assunto: Renda(s) em atraso — pagamento parcial</w:t>
      </w:r>
    </w:p>
    <w:p>
      <w:r>
        <w:t>Exmo.(a) Senhor(a),</w:t>
      </w:r>
    </w:p>
    <w:p>
      <w:r>
        <w:t>Tomei conhecimento da situação que me transmitiu e agradeço o contacto.</w:t>
      </w:r>
    </w:p>
    <w:p>
      <w:r>
        <w:t>À data de hoje estão em atraso as rendas de [meses], no valor total de [€].</w:t>
      </w:r>
    </w:p>
    <w:p>
      <w:r>
        <w:t>Aceito receber, a título de pagamento parcial, o valor de [€] até [data], por [transferência para o IBAN ·]. Será emitido recibo apenas do valor efetivamente recebido. O remanescente, no valor de [€], continua em dívida e deverá ser pago até [data / nas datas seguintes: ·].</w:t>
      </w:r>
    </w:p>
    <w:p>
      <w:r>
        <w:t>A aceitação deste pagamento parcial não representa renúncia a qualquer direito que me assista nos termos da lei e do contrato, designadamente à indemnização prevista no artigo 1041.º, n.º 1, do Código Civil e à resolução do contrato.</w:t>
      </w:r>
    </w:p>
    <w:p>
      <w:r>
        <w:t>Com os melhores cumprimentos,</w:t>
      </w:r>
    </w:p>
    <w:p>
      <w:r>
        <w:t>[Assinatura]</w:t>
      </w:r>
    </w:p>
    <w:p/>
    <w:p>
      <w:r>
        <w:rPr>
          <w:sz w:val="16"/>
        </w:rPr>
        <w:t>Modelo RendaOK (rendaok.com). Informação de apoio — não substitui aconselhamento jurídico. Enviar por carta registada com aviso de receção.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